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t>Sip to Heal — Tea Journal Page</w:t>
      </w:r>
    </w:p>
    <w:p>
      <w:r>
        <w:t>🌿 Date: _______________________________</w:t>
      </w:r>
    </w:p>
    <w:p>
      <w:r>
        <w:t>🍵 Tea Blend Name: _____________________</w:t>
      </w:r>
    </w:p>
    <w:p>
      <w:r>
        <w:t>✨ Ingredients Used:</w:t>
      </w:r>
    </w:p>
    <w:p>
      <w:r>
        <w:t xml:space="preserve">   - ___________________________________</w:t>
      </w:r>
    </w:p>
    <w:p>
      <w:r>
        <w:t xml:space="preserve">   - ___________________________________</w:t>
      </w:r>
    </w:p>
    <w:p>
      <w:r>
        <w:t xml:space="preserve">   - ___________________________________</w:t>
      </w:r>
    </w:p>
    <w:p/>
    <w:p>
      <w:r>
        <w:t>🧠 My Intention Before Sipping:</w:t>
      </w:r>
    </w:p>
    <w:p>
      <w:r>
        <w:t xml:space="preserve">   ______________________________________</w:t>
      </w:r>
    </w:p>
    <w:p>
      <w:r>
        <w:t xml:space="preserve">   ______________________________________</w:t>
      </w:r>
    </w:p>
    <w:p/>
    <w:p>
      <w:r>
        <w:t>💫 Physical Sensations (Before):</w:t>
      </w:r>
    </w:p>
    <w:p>
      <w:r>
        <w:t xml:space="preserve">   ______________________________________</w:t>
      </w:r>
    </w:p>
    <w:p>
      <w:r>
        <w:t xml:space="preserve">   ______________________________________</w:t>
      </w:r>
    </w:p>
    <w:p/>
    <w:p>
      <w:r>
        <w:t>🫖 Sip Time Ritual / Notes:</w:t>
      </w:r>
    </w:p>
    <w:p>
      <w:r>
        <w:t xml:space="preserve">   ______________________________________</w:t>
      </w:r>
    </w:p>
    <w:p>
      <w:r>
        <w:t xml:space="preserve">   ______________________________________</w:t>
      </w:r>
    </w:p>
    <w:p/>
    <w:p>
      <w:r>
        <w:t>🌸 Physical Sensations (After):</w:t>
      </w:r>
    </w:p>
    <w:p>
      <w:r>
        <w:t xml:space="preserve">   ______________________________________</w:t>
      </w:r>
    </w:p>
    <w:p>
      <w:r>
        <w:t xml:space="preserve">   ______________________________________</w:t>
      </w:r>
    </w:p>
    <w:p/>
    <w:p>
      <w:r>
        <w:t>📝 Emotional or Spiritual Reflections:</w:t>
      </w:r>
    </w:p>
    <w:p>
      <w:r>
        <w:t xml:space="preserve">   ______________________________________</w:t>
      </w:r>
    </w:p>
    <w:p>
      <w:r>
        <w:t xml:space="preserve">   ______________________________________</w:t>
      </w:r>
    </w:p>
    <w:p>
      <w:r>
        <w:t xml:space="preserve">   ______________________________________</w:t>
      </w:r>
    </w:p>
    <w:p/>
    <w:p>
      <w:r>
        <w:t>🔁 Would I Drink This Again? (Circle):  YES   /   NO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